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4A3A0" w14:textId="0631A108" w:rsidR="00754986" w:rsidRPr="00872600" w:rsidRDefault="00872600">
      <w:pPr>
        <w:pStyle w:val="Otsikko1"/>
        <w:rPr>
          <w:lang w:val="fi-FI"/>
        </w:rPr>
      </w:pPr>
      <w:r>
        <w:rPr>
          <w:lang w:val="fi-FI"/>
        </w:rPr>
        <w:t xml:space="preserve">2023 </w:t>
      </w:r>
      <w:r w:rsidR="00DD1620" w:rsidRPr="00872600">
        <w:rPr>
          <w:lang w:val="fi-FI"/>
        </w:rPr>
        <w:t>Amsterdam-opintomatka</w:t>
      </w:r>
    </w:p>
    <w:p w14:paraId="0EF60FB0" w14:textId="77777777" w:rsidR="00754986" w:rsidRPr="00872600" w:rsidRDefault="00DD1620">
      <w:pPr>
        <w:pStyle w:val="Otsikko2"/>
        <w:rPr>
          <w:lang w:val="fi-FI"/>
        </w:rPr>
      </w:pPr>
      <w:proofErr w:type="spellStart"/>
      <w:r w:rsidRPr="00872600">
        <w:rPr>
          <w:lang w:val="fi-FI"/>
        </w:rPr>
        <w:t>Clara</w:t>
      </w:r>
      <w:proofErr w:type="spellEnd"/>
      <w:r w:rsidRPr="00872600">
        <w:rPr>
          <w:lang w:val="fi-FI"/>
        </w:rPr>
        <w:t xml:space="preserve"> Maria maatila</w:t>
      </w:r>
    </w:p>
    <w:p w14:paraId="10C48F42" w14:textId="77777777" w:rsidR="00754986" w:rsidRPr="00872600" w:rsidRDefault="00DD1620">
      <w:pPr>
        <w:rPr>
          <w:lang w:val="fi-FI"/>
        </w:rPr>
      </w:pPr>
      <w:r w:rsidRPr="00872600">
        <w:rPr>
          <w:lang w:val="fi-FI"/>
        </w:rPr>
        <w:t xml:space="preserve">160-vuotias maatila </w:t>
      </w:r>
      <w:proofErr w:type="spellStart"/>
      <w:r w:rsidRPr="00872600">
        <w:rPr>
          <w:lang w:val="fi-FI"/>
        </w:rPr>
        <w:t>Amstelveenissa</w:t>
      </w:r>
      <w:proofErr w:type="spellEnd"/>
      <w:r w:rsidRPr="00872600">
        <w:rPr>
          <w:lang w:val="fi-FI"/>
        </w:rPr>
        <w:t>. Valmistaa Gouda-juustoa monissa mauissa. Tilalla 55 lypsylehmää, lypsy klo 6 ja 18. Juustot valmistetaan käsityönä, maito ei-pastöroitua. Puukenkiä valmistetaan tuoreesta poppelista, kuivatus 2 viikkoa.</w:t>
      </w:r>
    </w:p>
    <w:p w14:paraId="5FB892EB" w14:textId="77777777" w:rsidR="00754986" w:rsidRPr="00872600" w:rsidRDefault="00DD1620">
      <w:pPr>
        <w:pStyle w:val="Otsikko2"/>
        <w:rPr>
          <w:lang w:val="fi-FI"/>
        </w:rPr>
      </w:pPr>
      <w:r w:rsidRPr="00872600">
        <w:rPr>
          <w:lang w:val="fi-FI"/>
        </w:rPr>
        <w:t xml:space="preserve">SJY Opintomatka 2023 – CONO </w:t>
      </w:r>
      <w:proofErr w:type="spellStart"/>
      <w:r w:rsidRPr="00872600">
        <w:rPr>
          <w:lang w:val="fi-FI"/>
        </w:rPr>
        <w:t>Kaasmakers</w:t>
      </w:r>
      <w:proofErr w:type="spellEnd"/>
    </w:p>
    <w:p w14:paraId="46E92733" w14:textId="77777777" w:rsidR="00754986" w:rsidRPr="00872600" w:rsidRDefault="00DD1620">
      <w:pPr>
        <w:rPr>
          <w:lang w:val="fi-FI"/>
        </w:rPr>
      </w:pPr>
      <w:r w:rsidRPr="00872600">
        <w:rPr>
          <w:lang w:val="fi-FI"/>
        </w:rPr>
        <w:t xml:space="preserve">CONO-meijeri, perustettu 1901. Noin 300 tuottajaa. Moderni meijeri (2017). Painotus: hyvä maidon laatu, eläinten hyvinvointi, laidunnus 191 päivää/vuosi. Tuotanto jopa 2 miljoonaa litraa maitoa päivässä. Premium-brändi </w:t>
      </w:r>
      <w:proofErr w:type="spellStart"/>
      <w:r w:rsidRPr="00872600">
        <w:rPr>
          <w:lang w:val="fi-FI"/>
        </w:rPr>
        <w:t>Beemster</w:t>
      </w:r>
      <w:proofErr w:type="spellEnd"/>
      <w:r w:rsidRPr="00872600">
        <w:rPr>
          <w:lang w:val="fi-FI"/>
        </w:rPr>
        <w:t xml:space="preserve"> </w:t>
      </w:r>
      <w:proofErr w:type="spellStart"/>
      <w:r w:rsidRPr="00872600">
        <w:rPr>
          <w:lang w:val="fi-FI"/>
        </w:rPr>
        <w:t>Cheese</w:t>
      </w:r>
      <w:proofErr w:type="spellEnd"/>
      <w:r w:rsidRPr="00872600">
        <w:rPr>
          <w:lang w:val="fi-FI"/>
        </w:rPr>
        <w:t>, vientiä 49 maahan.</w:t>
      </w:r>
    </w:p>
    <w:p w14:paraId="7991A398" w14:textId="77777777" w:rsidR="00754986" w:rsidRPr="00872600" w:rsidRDefault="00DD1620">
      <w:pPr>
        <w:pStyle w:val="Otsikko2"/>
        <w:rPr>
          <w:lang w:val="fi-FI"/>
        </w:rPr>
      </w:pPr>
      <w:proofErr w:type="spellStart"/>
      <w:r w:rsidRPr="00872600">
        <w:rPr>
          <w:lang w:val="fi-FI"/>
        </w:rPr>
        <w:t>Heineken</w:t>
      </w:r>
      <w:proofErr w:type="spellEnd"/>
      <w:r w:rsidRPr="00872600">
        <w:rPr>
          <w:lang w:val="fi-FI"/>
        </w:rPr>
        <w:t xml:space="preserve"> </w:t>
      </w:r>
      <w:proofErr w:type="spellStart"/>
      <w:r w:rsidRPr="00872600">
        <w:rPr>
          <w:lang w:val="fi-FI"/>
        </w:rPr>
        <w:t>Experience</w:t>
      </w:r>
      <w:proofErr w:type="spellEnd"/>
    </w:p>
    <w:p w14:paraId="633DF6C7" w14:textId="77777777" w:rsidR="00754986" w:rsidRPr="00872600" w:rsidRDefault="00DD1620">
      <w:pPr>
        <w:rPr>
          <w:lang w:val="fi-FI"/>
        </w:rPr>
      </w:pPr>
      <w:r w:rsidRPr="00872600">
        <w:rPr>
          <w:lang w:val="fi-FI"/>
        </w:rPr>
        <w:t>Vierailu vanhassa panimossa Amsterdamissa. Audiovisuaalinen kierros oluen valmistusprosessista. Vieraat pääsivät maistamaan olutta ja osallistumaan aktiviteetteihin.</w:t>
      </w:r>
    </w:p>
    <w:p w14:paraId="5B31142C" w14:textId="77777777" w:rsidR="00754986" w:rsidRDefault="00DD1620">
      <w:r>
        <w:rPr>
          <w:noProof/>
        </w:rPr>
        <w:drawing>
          <wp:inline distT="0" distB="0" distL="0" distR="0" wp14:anchorId="276F4F9B" wp14:editId="744DC0C7">
            <wp:extent cx="2743200" cy="34860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_image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8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BAB3" w14:textId="77777777" w:rsidR="00754986" w:rsidRDefault="00DD1620">
      <w:r>
        <w:rPr>
          <w:noProof/>
        </w:rPr>
        <w:drawing>
          <wp:inline distT="0" distB="0" distL="0" distR="0" wp14:anchorId="65E97978" wp14:editId="48E5CF14">
            <wp:extent cx="2743200" cy="12335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_imag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A08EC" w14:textId="77777777" w:rsidR="00754986" w:rsidRPr="00872600" w:rsidRDefault="00DD1620">
      <w:pPr>
        <w:pStyle w:val="Otsikko2"/>
        <w:rPr>
          <w:lang w:val="fi-FI"/>
        </w:rPr>
      </w:pPr>
      <w:r w:rsidRPr="00872600">
        <w:rPr>
          <w:lang w:val="fi-FI"/>
        </w:rPr>
        <w:lastRenderedPageBreak/>
        <w:t xml:space="preserve">Henri </w:t>
      </w:r>
      <w:proofErr w:type="spellStart"/>
      <w:r w:rsidRPr="00872600">
        <w:rPr>
          <w:lang w:val="fi-FI"/>
        </w:rPr>
        <w:t>Willig</w:t>
      </w:r>
      <w:proofErr w:type="spellEnd"/>
      <w:r w:rsidRPr="00872600">
        <w:rPr>
          <w:lang w:val="fi-FI"/>
        </w:rPr>
        <w:t xml:space="preserve"> - juustofarmi</w:t>
      </w:r>
    </w:p>
    <w:p w14:paraId="1A04F970" w14:textId="77777777" w:rsidR="00754986" w:rsidRDefault="00DD1620">
      <w:r w:rsidRPr="00872600">
        <w:rPr>
          <w:lang w:val="fi-FI"/>
        </w:rPr>
        <w:t xml:space="preserve">Vuonna 1974 perustettu juustola. Valmistaa lehmän-, vuohen- ja lampaanmaitojuustoja. </w:t>
      </w:r>
      <w:proofErr w:type="spellStart"/>
      <w:r>
        <w:t>Lypsyrobotit</w:t>
      </w:r>
      <w:proofErr w:type="spellEnd"/>
      <w:r>
        <w:t>, Jersey-</w:t>
      </w:r>
      <w:proofErr w:type="spellStart"/>
      <w:r>
        <w:t>lehmien</w:t>
      </w:r>
      <w:proofErr w:type="spellEnd"/>
      <w:r>
        <w:t xml:space="preserve"> </w:t>
      </w:r>
      <w:proofErr w:type="spellStart"/>
      <w:r>
        <w:t>rasvainen</w:t>
      </w:r>
      <w:proofErr w:type="spellEnd"/>
      <w:r>
        <w:t xml:space="preserve"> </w:t>
      </w:r>
      <w:proofErr w:type="spellStart"/>
      <w:r>
        <w:t>maito</w:t>
      </w:r>
      <w:proofErr w:type="spellEnd"/>
      <w:r>
        <w:t>. Painotus eläinten hyvinvointiin.</w:t>
      </w:r>
    </w:p>
    <w:p w14:paraId="4BE1FDE7" w14:textId="77777777" w:rsidR="00754986" w:rsidRDefault="00DD1620">
      <w:r>
        <w:rPr>
          <w:noProof/>
        </w:rPr>
        <w:drawing>
          <wp:inline distT="0" distB="0" distL="0" distR="0" wp14:anchorId="33460DFB" wp14:editId="21931640">
            <wp:extent cx="2743200" cy="1696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_image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53F2" w14:textId="77777777" w:rsidR="00754986" w:rsidRDefault="00DD1620">
      <w:r>
        <w:rPr>
          <w:noProof/>
        </w:rPr>
        <w:drawing>
          <wp:inline distT="0" distB="0" distL="0" distR="0" wp14:anchorId="22C95457" wp14:editId="20B56533">
            <wp:extent cx="2743200" cy="12641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_image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6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F3A44" w14:textId="77777777" w:rsidR="00754986" w:rsidRPr="00872600" w:rsidRDefault="00DD1620">
      <w:pPr>
        <w:pStyle w:val="Otsikko2"/>
        <w:rPr>
          <w:lang w:val="fi-FI"/>
        </w:rPr>
      </w:pPr>
      <w:r w:rsidRPr="00872600">
        <w:rPr>
          <w:lang w:val="fi-FI"/>
        </w:rPr>
        <w:t>Edam ja Gouda -kaupungit</w:t>
      </w:r>
    </w:p>
    <w:p w14:paraId="444B03E4" w14:textId="77777777" w:rsidR="00754986" w:rsidRPr="00872600" w:rsidRDefault="00DD1620">
      <w:pPr>
        <w:rPr>
          <w:lang w:val="fi-FI"/>
        </w:rPr>
      </w:pPr>
      <w:r w:rsidRPr="00872600">
        <w:rPr>
          <w:lang w:val="fi-FI"/>
        </w:rPr>
        <w:t>Edam: historiallinen juustokaupunki, pallomaiset vahajuustot. Gouda: tunnettu juuston mukaan, punnituspaikka historiallinen keskus.</w:t>
      </w:r>
    </w:p>
    <w:p w14:paraId="0CE11CB8" w14:textId="77777777" w:rsidR="00754986" w:rsidRDefault="00DD1620">
      <w:r>
        <w:rPr>
          <w:noProof/>
        </w:rPr>
        <w:drawing>
          <wp:inline distT="0" distB="0" distL="0" distR="0" wp14:anchorId="69F815F7" wp14:editId="6D6F86A9">
            <wp:extent cx="2743200" cy="205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_image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7EFC" w14:textId="77777777" w:rsidR="00754986" w:rsidRDefault="00DD1620">
      <w:r>
        <w:rPr>
          <w:noProof/>
        </w:rPr>
        <w:lastRenderedPageBreak/>
        <w:drawing>
          <wp:inline distT="0" distB="0" distL="0" distR="0" wp14:anchorId="6A8DEABE" wp14:editId="617363D9">
            <wp:extent cx="2743200" cy="20593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_image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DACA" w14:textId="4FF3ACCB" w:rsidR="00872600" w:rsidRPr="00872600" w:rsidRDefault="00872600">
      <w:pPr>
        <w:rPr>
          <w:lang w:val="fi-FI"/>
        </w:rPr>
      </w:pPr>
      <w:r w:rsidRPr="00872600">
        <w:rPr>
          <w:lang w:val="fi-FI"/>
        </w:rPr>
        <w:t>Kattavamman matkaraportin saat sihteeriltä. Tervetuloa m</w:t>
      </w:r>
      <w:r>
        <w:rPr>
          <w:lang w:val="fi-FI"/>
        </w:rPr>
        <w:t>ukaan seuraavalle matkalle!</w:t>
      </w:r>
    </w:p>
    <w:sectPr w:rsidR="00872600" w:rsidRPr="0087260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ituluettel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35050459">
    <w:abstractNumId w:val="8"/>
  </w:num>
  <w:num w:numId="2" w16cid:durableId="2090420512">
    <w:abstractNumId w:val="6"/>
  </w:num>
  <w:num w:numId="3" w16cid:durableId="1202783421">
    <w:abstractNumId w:val="5"/>
  </w:num>
  <w:num w:numId="4" w16cid:durableId="2009288576">
    <w:abstractNumId w:val="4"/>
  </w:num>
  <w:num w:numId="5" w16cid:durableId="542444877">
    <w:abstractNumId w:val="7"/>
  </w:num>
  <w:num w:numId="6" w16cid:durableId="801312849">
    <w:abstractNumId w:val="3"/>
  </w:num>
  <w:num w:numId="7" w16cid:durableId="2092240370">
    <w:abstractNumId w:val="2"/>
  </w:num>
  <w:num w:numId="8" w16cid:durableId="1960525362">
    <w:abstractNumId w:val="1"/>
  </w:num>
  <w:num w:numId="9" w16cid:durableId="1517891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58FE"/>
    <w:rsid w:val="0006063C"/>
    <w:rsid w:val="0015074B"/>
    <w:rsid w:val="0029639D"/>
    <w:rsid w:val="00326F90"/>
    <w:rsid w:val="00754986"/>
    <w:rsid w:val="00872600"/>
    <w:rsid w:val="00AA1D8D"/>
    <w:rsid w:val="00B47730"/>
    <w:rsid w:val="00CB0664"/>
    <w:rsid w:val="00DD162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69C3ED"/>
  <w14:defaultImageDpi w14:val="300"/>
  <w15:docId w15:val="{ED9F6DEA-C732-49E0-86CF-D73B7582A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C693F"/>
  </w:style>
  <w:style w:type="paragraph" w:styleId="Otsikko1">
    <w:name w:val="heading 1"/>
    <w:basedOn w:val="Normaali"/>
    <w:next w:val="Normaali"/>
    <w:link w:val="Otsikk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618BF"/>
  </w:style>
  <w:style w:type="paragraph" w:styleId="Alatunniste">
    <w:name w:val="footer"/>
    <w:basedOn w:val="Normaali"/>
    <w:link w:val="Alatunniste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618BF"/>
  </w:style>
  <w:style w:type="paragraph" w:styleId="Eivli">
    <w:name w:val="No Spacing"/>
    <w:uiPriority w:val="1"/>
    <w:qFormat/>
    <w:rsid w:val="00FC693F"/>
    <w:pPr>
      <w:spacing w:after="0" w:line="240" w:lineRule="auto"/>
    </w:pPr>
  </w:style>
  <w:style w:type="character" w:customStyle="1" w:styleId="Otsikko1Char">
    <w:name w:val="Otsikko 1 Char"/>
    <w:basedOn w:val="Kappaleenoletusfontti"/>
    <w:link w:val="Otsikk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">
    <w:name w:val="Title"/>
    <w:basedOn w:val="Normaali"/>
    <w:next w:val="Normaali"/>
    <w:link w:val="Otsikk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uettelokappale">
    <w:name w:val="List Paragraph"/>
    <w:basedOn w:val="Normaali"/>
    <w:uiPriority w:val="34"/>
    <w:qFormat/>
    <w:rsid w:val="00FC693F"/>
    <w:pPr>
      <w:ind w:left="720"/>
      <w:contextualSpacing/>
    </w:pPr>
  </w:style>
  <w:style w:type="paragraph" w:styleId="Leipteksti">
    <w:name w:val="Body Text"/>
    <w:basedOn w:val="Normaali"/>
    <w:link w:val="LeiptekstiChar"/>
    <w:uiPriority w:val="99"/>
    <w:unhideWhenUsed/>
    <w:rsid w:val="00AA1D8D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rsid w:val="00AA1D8D"/>
  </w:style>
  <w:style w:type="paragraph" w:styleId="Leipteksti2">
    <w:name w:val="Body Text 2"/>
    <w:basedOn w:val="Normaali"/>
    <w:link w:val="Leipteksti2Char"/>
    <w:uiPriority w:val="99"/>
    <w:unhideWhenUsed/>
    <w:rsid w:val="00AA1D8D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rsid w:val="00AA1D8D"/>
  </w:style>
  <w:style w:type="paragraph" w:styleId="Leipteksti3">
    <w:name w:val="Body Text 3"/>
    <w:basedOn w:val="Normaali"/>
    <w:link w:val="Leiptekst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rsid w:val="00AA1D8D"/>
    <w:rPr>
      <w:sz w:val="16"/>
      <w:szCs w:val="16"/>
    </w:rPr>
  </w:style>
  <w:style w:type="paragraph" w:styleId="Luettelo">
    <w:name w:val="List"/>
    <w:basedOn w:val="Normaali"/>
    <w:uiPriority w:val="99"/>
    <w:unhideWhenUsed/>
    <w:rsid w:val="00AA1D8D"/>
    <w:pPr>
      <w:ind w:left="360" w:hanging="360"/>
      <w:contextualSpacing/>
    </w:pPr>
  </w:style>
  <w:style w:type="paragraph" w:styleId="Luettelo2">
    <w:name w:val="List 2"/>
    <w:basedOn w:val="Normaali"/>
    <w:uiPriority w:val="99"/>
    <w:unhideWhenUsed/>
    <w:rsid w:val="00326F90"/>
    <w:pPr>
      <w:ind w:left="720" w:hanging="360"/>
      <w:contextualSpacing/>
    </w:pPr>
  </w:style>
  <w:style w:type="paragraph" w:styleId="Luettelo3">
    <w:name w:val="List 3"/>
    <w:basedOn w:val="Normaali"/>
    <w:uiPriority w:val="99"/>
    <w:unhideWhenUsed/>
    <w:rsid w:val="00326F90"/>
    <w:pPr>
      <w:ind w:left="1080" w:hanging="360"/>
      <w:contextualSpacing/>
    </w:pPr>
  </w:style>
  <w:style w:type="paragraph" w:styleId="Merkittyluettelo">
    <w:name w:val="List Bullet"/>
    <w:basedOn w:val="Normaali"/>
    <w:uiPriority w:val="99"/>
    <w:unhideWhenUsed/>
    <w:rsid w:val="00326F90"/>
    <w:pPr>
      <w:numPr>
        <w:numId w:val="1"/>
      </w:numPr>
      <w:contextualSpacing/>
    </w:pPr>
  </w:style>
  <w:style w:type="paragraph" w:styleId="Merkittyluettelo2">
    <w:name w:val="List Bullet 2"/>
    <w:basedOn w:val="Normaali"/>
    <w:uiPriority w:val="99"/>
    <w:unhideWhenUsed/>
    <w:rsid w:val="00326F90"/>
    <w:pPr>
      <w:numPr>
        <w:numId w:val="2"/>
      </w:numPr>
      <w:contextualSpacing/>
    </w:pPr>
  </w:style>
  <w:style w:type="paragraph" w:styleId="Merkittyluettelo3">
    <w:name w:val="List Bullet 3"/>
    <w:basedOn w:val="Normaali"/>
    <w:uiPriority w:val="99"/>
    <w:unhideWhenUsed/>
    <w:rsid w:val="00326F90"/>
    <w:pPr>
      <w:numPr>
        <w:numId w:val="3"/>
      </w:numPr>
      <w:contextualSpacing/>
    </w:pPr>
  </w:style>
  <w:style w:type="paragraph" w:styleId="Numeroituluettelo">
    <w:name w:val="List Number"/>
    <w:basedOn w:val="Normaali"/>
    <w:uiPriority w:val="99"/>
    <w:unhideWhenUsed/>
    <w:rsid w:val="00326F90"/>
    <w:pPr>
      <w:numPr>
        <w:numId w:val="5"/>
      </w:numPr>
      <w:contextualSpacing/>
    </w:pPr>
  </w:style>
  <w:style w:type="paragraph" w:styleId="Numeroituluettelo2">
    <w:name w:val="List Number 2"/>
    <w:basedOn w:val="Normaali"/>
    <w:uiPriority w:val="99"/>
    <w:unhideWhenUsed/>
    <w:rsid w:val="0029639D"/>
    <w:pPr>
      <w:numPr>
        <w:numId w:val="6"/>
      </w:numPr>
      <w:contextualSpacing/>
    </w:pPr>
  </w:style>
  <w:style w:type="paragraph" w:styleId="Numeroituluettelo3">
    <w:name w:val="List Number 3"/>
    <w:basedOn w:val="Normaali"/>
    <w:uiPriority w:val="99"/>
    <w:unhideWhenUsed/>
    <w:rsid w:val="0029639D"/>
    <w:pPr>
      <w:numPr>
        <w:numId w:val="7"/>
      </w:numPr>
      <w:contextualSpacing/>
    </w:pPr>
  </w:style>
  <w:style w:type="paragraph" w:styleId="Jatkoluettelo">
    <w:name w:val="List Continue"/>
    <w:basedOn w:val="Normaali"/>
    <w:uiPriority w:val="99"/>
    <w:unhideWhenUsed/>
    <w:rsid w:val="0029639D"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unhideWhenUsed/>
    <w:rsid w:val="0029639D"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unhideWhenUsed/>
    <w:rsid w:val="0029639D"/>
    <w:pPr>
      <w:spacing w:after="120"/>
      <w:ind w:left="1080"/>
      <w:contextualSpacing/>
    </w:pPr>
  </w:style>
  <w:style w:type="paragraph" w:styleId="Makroteksti">
    <w:name w:val="macro"/>
    <w:link w:val="Makrotekst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rsid w:val="0029639D"/>
    <w:rPr>
      <w:rFonts w:ascii="Courier" w:hAnsi="Courier"/>
      <w:sz w:val="20"/>
      <w:szCs w:val="20"/>
    </w:rPr>
  </w:style>
  <w:style w:type="paragraph" w:styleId="Lainaus">
    <w:name w:val="Quote"/>
    <w:basedOn w:val="Normaali"/>
    <w:next w:val="Normaali"/>
    <w:link w:val="LainausChar"/>
    <w:uiPriority w:val="29"/>
    <w:qFormat/>
    <w:rsid w:val="00FC693F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FC693F"/>
    <w:rPr>
      <w:i/>
      <w:iCs/>
      <w:color w:val="000000" w:themeColor="tex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Voimakas">
    <w:name w:val="Strong"/>
    <w:basedOn w:val="Kappaleenoletusfontti"/>
    <w:uiPriority w:val="22"/>
    <w:qFormat/>
    <w:rsid w:val="00FC693F"/>
    <w:rPr>
      <w:b/>
      <w:bCs/>
    </w:rPr>
  </w:style>
  <w:style w:type="character" w:styleId="Korostus">
    <w:name w:val="Emphasis"/>
    <w:basedOn w:val="Kappaleenoletusfontti"/>
    <w:uiPriority w:val="20"/>
    <w:qFormat/>
    <w:rsid w:val="00FC693F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C693F"/>
    <w:rPr>
      <w:b/>
      <w:bCs/>
      <w:i/>
      <w:iCs/>
      <w:color w:val="4F81BD" w:themeColor="accent1"/>
    </w:rPr>
  </w:style>
  <w:style w:type="character" w:styleId="Hienovarainenkorostus">
    <w:name w:val="Subtle Emphasis"/>
    <w:basedOn w:val="Kappaleenoletusfontti"/>
    <w:uiPriority w:val="19"/>
    <w:qFormat/>
    <w:rsid w:val="00FC693F"/>
    <w:rPr>
      <w:i/>
      <w:iCs/>
      <w:color w:val="808080" w:themeColor="text1" w:themeTint="7F"/>
    </w:rPr>
  </w:style>
  <w:style w:type="character" w:styleId="Voimakaskorostus">
    <w:name w:val="Intense Emphasis"/>
    <w:basedOn w:val="Kappaleenoletusfontti"/>
    <w:uiPriority w:val="21"/>
    <w:qFormat/>
    <w:rsid w:val="00FC693F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FC693F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FC693F"/>
    <w:rPr>
      <w:b/>
      <w:bCs/>
      <w:smallCaps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FC693F"/>
    <w:pPr>
      <w:outlineLvl w:val="9"/>
    </w:pPr>
  </w:style>
  <w:style w:type="table" w:styleId="TaulukkoRuudukko">
    <w:name w:val="Table Grid"/>
    <w:basedOn w:val="Normaalitaulukk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aaleavarjostus">
    <w:name w:val="Light Shading"/>
    <w:basedOn w:val="Normaalitaulukk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aalealuettelo">
    <w:name w:val="Light List"/>
    <w:basedOn w:val="Normaalitaulukk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aalearuudukko">
    <w:name w:val="Light Grid"/>
    <w:basedOn w:val="Normaalitaulukk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Normaalivarjostus1">
    <w:name w:val="Medium Shading 1"/>
    <w:basedOn w:val="Normaalitaulukk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luettelo1">
    <w:name w:val="Medium List 1"/>
    <w:basedOn w:val="Normaalitaulukk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Normaaliluettelo2">
    <w:name w:val="Medium List 2"/>
    <w:basedOn w:val="Normaalitaulukk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ruudukko1">
    <w:name w:val="Medium Grid 1"/>
    <w:basedOn w:val="Normaalitaulukk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Normaaliruudukko2">
    <w:name w:val="Medium Grid 2"/>
    <w:basedOn w:val="Normaalitaulukk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ummaluettelo">
    <w:name w:val="Dark List"/>
    <w:basedOn w:val="Normaalitaulukk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Vriksvarjostus">
    <w:name w:val="Colorful Shading"/>
    <w:basedOn w:val="Normaalitaulukk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luettelo">
    <w:name w:val="Colorful List"/>
    <w:basedOn w:val="Normaalitaulukk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Vriksruudukko">
    <w:name w:val="Colorful Grid"/>
    <w:basedOn w:val="Normaalitaulukk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72a887f-6c18-4042-96e3-7076f05710d0}" enabled="1" method="Privileged" siteId="{9c72d32e-66f4-4e08-b55a-5bde33f7694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</Words>
  <Characters>1079</Characters>
  <Application>Microsoft Office Word</Application>
  <DocSecurity>0</DocSecurity>
  <Lines>26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Virolainen Paula</cp:lastModifiedBy>
  <cp:revision>2</cp:revision>
  <dcterms:created xsi:type="dcterms:W3CDTF">2026-02-12T14:22:00Z</dcterms:created>
  <dcterms:modified xsi:type="dcterms:W3CDTF">2026-02-12T14:22:00Z</dcterms:modified>
  <cp:category/>
</cp:coreProperties>
</file>